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הראיון ואת סוגי הראיונות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הצגה עצמית קצרה וממוקדת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לשאלות נפוצות בעזרת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פשוטים להתמודדות עם לחץ ולשפת גוף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ולמה מתכוננים – מה יודעים 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ראיון הוא שיחה שבה מקום מסוים מנסה להכיר את המועמד/ת, ולהפך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הוא הזדמנות להראות מי אתה/את, לא מבחן עם תשובה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ולמה מתכוננים – השלמת משפטים וזיהוי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ולמה מתכוננים – התאמת מצב לסוג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ראיון טלפוני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עניין בתחום והתמדה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מטרות, מאמץ וצורך, ותרומה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ולמה מתכוננים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(ראיון מקוון)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(ראיון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(ראיון קבוצתי)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(ראיון טלפוני)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(ראיון למלגה)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(ראיון לעבודה 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הצגה עצמית ורושם ראשון – זוכרים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אני, מה מעניין אותי, חוזקה עם דוגמה, למה המגמה הזאת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60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הצגה עצמית ורושם ראשון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ההצגה נמשכת כדקה ואם הקצב ברור ונעים.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מוחקים מילים מיותרות כדי שההצגה תהיה ברורה וממוקדת.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הצגה עצמית ורושם ראשון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בונים הצגה עצמית ורושם ראשון – מתאימים בין חלק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לי... ואני תלמיד/ה בכיתה ט׳)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אוהב/ת לצייר ולהאזין למוזיקה)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(אני מתמיד/ה: סיימתי לבד פרויקט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(המגמה מתאימה לי כי אני אוהב/ת 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(חיוך וקשר עין בכניסה לחדר)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היכרות ועל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 את/ה ראוי/ה למלגה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המצב (Situation) – מתי ואיפה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המשימה (Task) – מה הייתה המטרה או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הפעולה (Action) – מה עשיתי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התוצאה (Result) – מה קרה בסוף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בונים תשובה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ספר/י על זמן שהתמודדת עם קושי בצוות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בבירור את 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המראה את הכישלון ואת הלמידה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כוללת דוגמה קונקרטית עם תוצאה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שפת גוף, התנהלות וסוגי ראיונות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משדרים ביטחון ועניין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לצאת מוקדם ולהגיע קצת לפני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מונע תקלות טכניות באמצע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ראיון אישי; בראיון קבוצתי כמה מועמדים נמצאים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שפת גוף, התנהלות וסוגי ראיונות – 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(מראיין או ועדה קטנה מול מועמד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מועמדים מבצעים יחד משימה או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(שיחת וידאו מהבית עם רקע מסודר ומצלמה 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(בודקים מטרות, מאמץ ותרומה 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שפת גוף, התנהלות וסוגי ראיונות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מתמודדים עם לחץ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תגובה טבעית לרגע חשוב, לא סימן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כך שיעזור להיות ערניים, 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הנשיפה האיטית מאותתת לגוף שאפשר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הראשונה היא "עצור", והמילה "קדימה" היא השלב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מתמודדים עם לחץ – מתרגלים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(עצור רגע לפני שנכנסים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(מכווצים שרירים בידיים 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 מרגיע: "התכוננתי, מותר להתרגש")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(נכנסים לחדר ומתחילים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מתמודדים עם לחץ – מתרגלים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וראיון תרגול בשלשות – זיהוי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שלושה-ארבעה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מתוך שישה מאפיינים: התאמה, מוטיבציה, תקשורת, עבודת צוות, אחריות,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כוללת ארבעה חלקים: מי אני, מה מעניין אותי, חוזקה עם דוגמה, חיבור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 STAR שלם כולל את כל ארבעת השלבים בבירור ובקיצור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שיעור 1 לפרקים 1-2, שיעור 2 לפרקים 3-4, שיעור 3 לפרקים 5-6 עם ראיון 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בגרסת חנ״מ עם כרטיסי תמונה וצעדים פשוטים במקום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שלשות בפרקים של תרגול בעל-פה, כדי לתת משוב הדדי לפני הראיון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כל פרק מומלץ עצירה קצרה לשיתוף בכיתה, כדי לבנות ביטחון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איך להתכונן לראיון. יש בה שאלות, תרגילים ועזרה להרגיש בטוח/ה. עובדים פרק אחרי פרק, לאט ובסדר.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מקום מסוים מכיר אתכם ואתם 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קצרים שמספרים מי אני ומה חשוב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לספר סיפור: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האמיתית שלך לרצות במקום הזה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הגוף שלך מראה בלי מילים, כמו חיוך ומבט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להרגעה: עצור, שרירים, נשימה,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נבחנים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שלך שאפשר להוכיח עם דוגמה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צופה כותב הערות על ראיון תרגול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ומכבדת אחרי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ולמה מתכוננים – מה יודעים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שיש לה מטרה, לא סתם פטפוט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יש תמיד תשובה נכונה אחת, כמו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ולמה מתכוננים – השלמת משפטים וזיהוי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מראיינים בודקים __________ - האם המקום מתאים לך ואת/ה מתאים/ה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ראיון __________ הוא שיחת וידאו מהבית, וחשוב בו חדר שקט ומצלמה בגובה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ולמה מתכוננים – התאמת מצב לסוג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ראיון שבו כמה מועמדים מבצעים יחד משימה או דילמה משותפת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ראיון הקול והבהירות הם הכי חשובים, כי אין קשר עין?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בראיון קבלה למגמה, מה בעיקר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אמינות וזמינות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עניין בתחום והתמדה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מטרות ותרומה לקהילה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יחסי 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תלמיד/ה מתראיין/ת עבור מלגה. על מה כדאי לו/לה להתמקד בתשובות?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ציונים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מטרות, מאמץ וצורך, ותרומה לקהילה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תחביבים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הוא/היא לבוש/ה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ולמה מתכוננים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שיחת וידאו מהבית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ראיון טלפוני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ועדה קטנה ומועמד/ת אחד/ת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ראיון קבוצתי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מועמדים מבצעים משימה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ראיון לעבודה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שיחה קצרה בטלפון כשלב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למלגה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 מטרות ותרומה לקהילה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ראיון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בודקים אמינות וזמינות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ראיון מקוון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הצגה עצמית ורושם ראשון – זוכרים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חלקי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אני, מה מעניין אותי, חוזקה עם דוגמה, למה המגמה הזאת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כתובת, גיל, שם ההורים,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הספר, ציונים, כתובת,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תלונות, בקשות, שאלות,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שניות אורכת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הצגה עצמית ורושם ראשון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כתיבת הטיוטה כדאי לקרוא בקול ולמדוד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להשאיר בהצגה העצמית כמה שיותר מילים מיותרות, זה נשמע טבעי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הצגה עצמית ורושם ראשון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אחת הדרישות בהצגה העצמית היא לכלול חוזקה אחת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הראיון אפשר לתרגל נשימה רגועה: __________ שניות שאיפה וארבע שניות נשיפה.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בונים הצגה עצמית ורושם ראשון – מתאימים בין חלק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המגמה מתאימה לי כי אני אוהב/ת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חיוך וקשר עין בכניסה לחדר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חוזקה עם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אוהב/ת לצייר ולהאזין למוזיקה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המגמה הזאת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אני מתמיד/ה: סיימתי לבד פרויקט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רושם ראשון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לי... ואני תלמיד/ה בכיתה ט׳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נושא שייכת השאלה על עצמך?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היכרות ועל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ושאלות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שמתחילה באות 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שמתחילה באות T?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מתאימה לשיטת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את/ה אוהב/ת לעשות בזמן הפנוי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את/ה ראוי/ה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את/ה יודע/ת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חשוב לך בחיים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התוצאה (Result) – מה קרה בסוף ומה 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המצב (Situation) – מתי ואיפה זה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המשימה (Task) – מה הייתה המטרה או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הפעולה (Action) – מה עשיתי בפועל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בונים תשובה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שאלה אחת מהנושא 'ניסיון ודוגמאות' במאגר וכתבו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STAR קצר על עבודת צוות: מצב, משימה, פעולה ותוצאה.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סיפור STAR על כישלון שלמדתם/ן ממנו.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תשובה לפי STAR משכנעת יותר מתשובה כללית.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שפת גוף, התנהלות וסוגי ראיונות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וקשר עין נחשבים לשפת גוף מקדמת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להגיע לראיון בדיוק ברגע האחרון כדי לא לחכות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מקוון חשוב לבדוק מצלמה, מיקרופון וחיבור לפני השיחה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קבוצתי הוא שיחה בין מראיין אחד למועמד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שפת גוף, התנהלות וסוגי ראיונות – 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מטרות, מאמץ ותרומה 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שיחת וידאו מהבית עם רקע מסודר ומצלמה בגובה העיניים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מועמדים מבצעים יחד משימה או דילמה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מראיין או ועדה קטנה מול מועמד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שפת גוף, התנהלות וסוגי ראיונות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הכניסה לראיון כדאי לנשום __________ נשימות עמוקות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מתמודדים עם לחץ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 ו"פרפרים בבטן" לפני ראיון הם תגובה טבעית של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בתרגול הנשימה היא להעלים את הלחץ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נשיפה ארוכה עוזרת לגוף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ד״ק, האות הראשונה מייצגת את המילה "קדימה"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שאיפה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 עצמי מרגיע: "התכוננתי, מותר להתרגש"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נכנסים לחדר ומתחילים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עצור רגע לפני שנכנסים או כשהלחץ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מכווצים שרירים בידיים חמש שניות ומשחררים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מתמודדים עם לחץ – מתרגלים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שנכנסים, מכווצים את כפות הידיים לחמש שניות ו__________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וראיון תרגול בשלשות – זיהוי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תפקידים יש בתרגול?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בדף התצפית?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המועמד/ת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שאלות שואלים?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בהודעת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שלושה-ארבעה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עמוד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מראיינים מחפשים אצל מועמד?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לבנות ולומר הצגה עצמית של דקה בלי לקרוא מהדף?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לבנות תשובה לפי שיטת STAR עם דוגמה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