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הראיון ואת סוגי הראיונות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הצגה עצמית קצרה וממוקדת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נפוצות בעזרת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פשוטים להתמודדות עם לחץ ולשפת גוף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ולמה מתכוננים – מה יודעים 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ראיון הוא שיחה שבה מקום מסוים מנסה להכיר את המועמד/ת, ולהפך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הוא הזדמנות להראות מי אתה/את, לא מבחן עם תשובה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ולמה מתכוננים – השלמת משפטים וזיהוי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ולמה מתכוננים – התאמת מצב לסוג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טלפוני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ולמה מתכוננים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(ראיון מקוון)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(ראיון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(ראיון קבוצתי)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(ראיון טלפוני)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זוכרים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אני, מה מעניין אותי, חוזקה עם דוגמה, למה המגמה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60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ההצגה נמשכת כדקה ואם הקצב ברור ונעים.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מוחקים מילים מיותרות כדי שההצגה תהיה ברורה וממוקדת.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מתאימים בין חלק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לי... ואני תלמיד/ה בכיתה ט׳)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(אני אוהב/ת לצייר ולהאזין למוזיקה)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(אני מתמיד/ה: סיימתי לבד פרויקט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(המגמה מתאימה לי כי אני אוהב/ת ליצור)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היכרות ועל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המצב (Situation) – מתי ואיפה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המשימה (Task) – מה הייתה המטרה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הפעולה (Action) – מה עשיתי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בונים תשובה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ספר/י על זמן שהתמודדת עם קושי בצוות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התנהלות וסוגי ראיונות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משדרים ביטחון ועניין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לצאת מוקדם ולהגיע קצת לפני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התנהלות וסוגי ראיונות – 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(מראיין או ועדה קטנה מול מועמד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מועמדים מבצעים יחד משימה או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(שיחת וידאו מהבית עם רקע מסודר ומצלמה בגובה העיניים)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התנהלות וסוגי ראיונות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מתמודדים עם לחץ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תגובה טבעית לרגע חשוב, לא סימן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כך שיעזור להיות ערניים, 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הנשיפה האיטית מאותתת לגוף שאפשר להירגע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מתמודדים עם לחץ – מתרגלים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(עצור רגע לפני שנכנסים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(מכווצים שרירים בידיים 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(דיבור עצמי מרגיע: "התכוננתי, מותר להתרגש")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מתמודדים עם לחץ – מתרגלים את עש״ן ד״ק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וראיון תרגול בשלשות – זיהוי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מתוך שישה מאפיינים: התאמה, מוטיבציה, תקשורת, עבודת צוות, אחריות,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כוללת ארבעה חלקים: מי אני, מה מעניין אותי, חוזקה עם דוגמה, חיבור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 STAR שלם כולל את כל ארבעת השלבים בבירור ובקיצור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שיעור 1 לפרקים 1-2, שיעור 2 לפרקים 3-4, שיעור 3 לפרקים 5-6 עם ראיון 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בגרסת חנ״מ עם כרטיסי תמונה וצעדים פשוטים במקום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שלשות בפרקים של תרגול בעל-פה, כדי לתת משוב הדדי לפני הראיון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כל פרק מומלץ עצירה קצרה לשיתוף בכיתה, כדי לבנות ביטחון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שלב אחרי שלב את כל מה שצריך לקראת ראיון: מההבנה מה מראיינים מחפשים, דרך בניית הצגה עצמית ותשובות STAR, ועד כלים להרגעה. עבדו בסדר הפרקים, ובסוף כל פרק בדקו את עצמכם מול עמוד החזרה.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דוגמה  ·  שלוש  ·  ארבע  ·  התאמה  ·  מקוון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ראיון ולמה מתכוננים – מה יודעים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שיחה שיש לה מטרה, לא סתם פטפוט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יש תמיד תשובה נכונה אחת, כמו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ראיון ולמה מתכוננים – השלמת משפטים וזיהוי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מראיינים בודקים __________ - האם המקום מתאים לך ואת/ה מתאים/ה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ראיון __________ הוא שיחת וידאו מהבית, וחשוב בו חדר שקט ומצלמה בגובה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ראיון ולמה מתכוננים – התאמת מצב לסוג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ראיון שבו כמה מועמדים מבצעים יחד משימה או דילמה משותפת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סוג ראיון הקול והבהירות הם הכי חשובים, כי אין קשר עין?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 טלפוני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מהו ראיון ולמה מתכוננים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שיחת וידאו מהבית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ראיון קבוצתי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ועדה קטנה ומועמד/ת אחד/ת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ראיון טלפוני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כמה מועמדים מבצעים משימה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ראיון מקוון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שיחה קצרה בטלפון כשלב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ראיון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בונים הצגה עצמית ורושם ראשון – זוכרים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המשפטים שמרכיבים הצגה עצמית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אני, מה מעניין אותי, חוזקה עם דוגמה, למה המגמה הזאת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כתובת, גיל, שם ההורים,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בית הספר, ציונים, כתובת,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אמורה להימשך ההצגה העצמית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בונים הצגה עצמית ורושם ראשון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כתיבת הטיוטה כדאי לקרוא בקול ולמדוד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להשאיר בהצגה העצמית כמה שיותר מילים מיותרות, זה נשמע טבעי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בונים הצגה עצמית ורושם ראשון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אחת הדרישות בהצגה העצמית היא לכלול חוזקה אחת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הראיון אפשר לתרגל נשימה רגועה: __________ שניות שאיפה וארבע שניות נשיפה.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בונים הצגה עצמית ורושם ראשון – מתאימים בין חלק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המגמה מתאימה לי כי אני אוהב/ת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אני מתמיד/ה: סיימתי לבד פרויקט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חוזקה עם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קוראים לי... ואני תלמיד/ה בכיתה ט׳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למה המגמה הזאת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אני אוהב/ת לצייר ולהאזין למוזיקה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מאגר שאלות ושיטת STAR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שאלות יש במאגר השאלות שבאתר?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נושא שייכת השאלה 'ספר/י לי קצת על עצמך'?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היכרות ועל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האות S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מאגר שאלות ושיטת STAR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המשימה (Task) – מה הייתה המטרה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הפעולה (Action) – מה עשיתי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המצב (Situation) – מתי ואיפה זה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מאגר שאלות ושיטת STAR – בונים תשובה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שאלה אחת מהנושא 'ניסיון ודוגמאות' במאגר וכתבו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שפת גוף, התנהלות וסוגי ראיונות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חיוך וקשר עין נחשבים לשפת גוף מקדמת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להגיע לראיון בדיוק ברגע האחרון כדי לא לחכות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שפת גוף, התנהלות וסוגי ראיונות – 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שיחת וידאו מהבית עם רקע מסודר ומצלמה בגובה העיניים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מראיין או ועדה קטנה מול מועמד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מועמדים מבצעים יחד משימה או דילמה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שפת גוף, התנהלות וסוגי ראיונות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הכניסה לראיון כדאי לנשום __________ נשימות עמוקות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מתמודדים עם לחץ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דופק מהיר ו"פרפרים בבטן" לפני ראיון הם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בתרגול הנשימה היא להעלים את הלחץ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נשיפה ארוכה עוזרת לגוף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מכווצים שרירים בידיים חמש שניות ומשחררים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עצור רגע לפני שנכנסים או כשהלחץ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דיבור עצמי מרגיע: "התכוננתי, מותר להתרגש"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שאיפה עמוקה ונשיפה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חזרה מסכמת וראיון תרגול בשלשות – זיהוי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בתרגול הראיון בשלשות, כמה תפקידים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בתרגול בשלשות ממלא דף תצפית?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המראיין/ת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המועמד/ת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שאלות ממאגר השאלות משתמשים בהן בראיון התרגול?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מראיינים מחפשים אצל מועמד?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מצליח/ה לבנות ולומר הצגה עצמית של דקה בלי לקרוא מהדף?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